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قائمة مراجعة جودة أداة التقييم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دليل الاستخدام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4"/>
          <w:szCs w:val="24"/>
          <w:bCs w:val="0"/>
          <w:rtl w:val="1"/>
          <w:lang w:val="en-US" w:bidi="ar-JO"/>
        </w:rPr>
        <w:t>مراجعة أولية تساعد الفرق التعليمية على فحص اتساق الأداة ووضوحها وعدالتها وقابلية استخدام نتائجها.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  <w:t>إعداد: TAS — طارق أبو شاويش</w:t>
      </w:r>
    </w:p>
    <w:p>
      <w:pPr>
        <w:keepNext w:val="0"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تاريخ التحديث: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الإصدار: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الوقت المقترح: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دقيقة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اقرأ الأسئلة، ثم راجع المثال الافتراضي وأكمل ورقة العمل الفارغة بما يناسب سياقك.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الهدف والمواءمة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نعرف القرار الذي ستدعمه نتائج هذه الأداة؟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ترتبط الأسئلة أو المعايير بأهداف التعلّم فعلاً؟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نوع المهمة مناسب لما نريد قياسه؟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الوضوح والعدالة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التعليمات والمصطلحات واضحة للجمهور المقصود؟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توجد عوائق لغوية أو تقنية غير مرتبطة بالهدف؟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المعايير معلنة ومفهومة ويمكن تطبيقها باتساق؟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استخدام النتائج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نستطيع تفسير النتيجة ضمن سياقها وحدودها؟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من المسؤول عن متابعة النتائج وتحويلها إلى تحسين؟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الاستخدام والتكييف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نموذج عام من إعداد TAS، متاح للاستخدام والتكييف التعليمي والمهني مع الإسناد وبيان التعديلات. لا يعني اعتماداً من جهة خارجية.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قائمة مراجعة جودة أداة التقييم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مثال مكتمل افتراضي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هذا مثال افتراضي مكتمل للتوضيح فقط، وليس وصفاً لنتائج مشروع حقيقي.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المثال الافتراضي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الأداة والهدف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اختبار قراءة تدريبي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البند المطلوب تحسينه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تعليمات السؤال الثاني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 أو الملاحظة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تتضمن أكثر من مهمة غير مفصولة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التعديل المقترح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فصل المهام وتوضيح معيار الإجابة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المسؤول وموعد المراجعة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معد الأداة، قبل التطبيق التجريبي</w:t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1"/>
          <w:lang w:val="en-US" w:bidi="ar-JO"/>
        </w:rPr>
        <w:t>حدّد بنداً واحداً يحتاج إلى تحسين، ثم اتفق على المسؤول والخطوة التالية.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التقويم والبحث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قائمة مراجعة جودة أداة التقييم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ورقة عمل فارغة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أكمل الحقول في المساحات الفارغة. يمكنك تعديل هذا الملف وتوسيع الخلايا أو طباعة الورقة للكتابة عليها.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اسم المعد أو الفريق: ___________________________________________________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تاريخ إعداد المسودة: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إجابتك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الأداة والهدف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البند المطلوب تحسينه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 أو الملاحظة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التعديل المقترح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المسؤول وموعد المراجعة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حدّد بنداً واحداً يحتاج إلى تحسين، ثم اتفق على المسؤول والخطوة التالية.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ملاحظات للمراجعة: _____________________________________________________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____________________________________________________________________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Assessment tool quality checklist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User guide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0"/>
          <w:lang w:val="en-US" w:bidi="ar-JO"/>
        </w:rPr>
        <w:t>An initial review that helps education teams examine an instrument’s alignment, clarity, fairness and usefulness.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  <w:t>Author: TAS — Tareq Abushawish</w:t>
      </w:r>
    </w:p>
    <w:p>
      <w:pPr>
        <w:keepNext w:val="0"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Updated: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Version: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Suggested time: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minutes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Read the questions, review the fictional example, then complete the blank worksheet for your own context.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Purpose and alignment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Do we know which decision the results should inform?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Do the questions or criteria genuinely align with the learning objectives?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Is the task appropriate for what we intend to assess?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Clarity and fairness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Are the instructions and terms clear for the intended audience?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Are there language or technology barriers unrelated to the objective?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Are the criteria explicit, understandable and usable consistently?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Using the results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Can the result be interpreted within its context and limits?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Who will follow up and translate the findings into improvement?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Use and adaptation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general TAS template, available for educational and professional use and adaptation with attribution and disclosure of changes. It implies no external accreditation.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Assessment tool quality checklist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Fictional completed example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This is a fictional completed example for illustration only. It does not describe actual project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Fictional example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Instrument and purpose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Illustrative reading test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Item to improve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Instructions for question two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 or observation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Several tasks appear in one instruction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Proposed change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Separate tasks and clarify the answer criterion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Owner and review date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Instrument author, before piloting</w:t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0"/>
          <w:lang w:val="en-US" w:bidi="ar-JO"/>
        </w:rPr>
        <w:t>Identify one improvement priority, then agree on an owner and the next action.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Assessment and research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Assessment tool quality checklist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Blank worksheet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Complete the fields in the spaces provided. Edit this file and expand the cells as needed, or print the worksheet to write by hand.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Prepared by or team: ___________________________________________________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Draft date: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Your response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Instrument and purpose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Item to improve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 or observation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Proposed change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Owner and review date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Identify one improvement priority, then agree on an owner and the next action.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Review notes: _____________________________________________________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936" w:left="936" w:header="36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TAS  |  2026-09-14  |  v1.0  |  </w:t>
    </w:r>
    <w:fldSimple w:instr="PAGE">
      <w:r>
        <w:rPr>
          <w:sz w:val="17"/>
        </w:rPr>
        <w:t>1</w:t>
      </w:r>
    </w:fldSimple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 / </w:t>
    </w:r>
    <w:fldSimple w:instr="NUMPAGES">
      <w:r>
        <w:rPr>
          <w:sz w:val="17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" w:hAnsi="DejaVu Sans" w:cs="DejaVu Sans" w:eastAsia="DejaVu Sans"/>
        <w:b/>
        <w:color w:val="0D1B2A"/>
        <w:sz w:val="24"/>
        <w:szCs w:val="24"/>
        <w:bCs w:val="1"/>
        <w:rtl w:val="0"/>
        <w:lang w:val="en-US" w:bidi="ar-JO"/>
      </w:rPr>
      <w:t>TAS</w:t>
    </w:r>
    <w:r>
      <w:rPr>
        <w:rFonts w:ascii="DejaVu Sans" w:hAnsi="DejaVu Sans" w:cs="DejaVu Sans" w:eastAsia="DejaVu Sans"/>
        <w:b w:val="0"/>
        <w:color w:val="CDAA63"/>
        <w:sz w:val="16"/>
        <w:szCs w:val="16"/>
        <w:bCs w:val="0"/>
        <w:rtl w:val="0"/>
        <w:lang w:val="en-US" w:bidi="ar-JO"/>
      </w:rPr>
      <w:t xml:space="preserve">   OPEN RESOURCES  /  </w:t>
    </w:r>
    <w:r>
      <w:rPr>
        <w:rFonts w:ascii="DejaVu Sans" w:hAnsi="DejaVu Sans" w:cs="DejaVu Sans" w:eastAsia="DejaVu Sans"/>
        <w:b w:val="0"/>
        <w:color w:val="0D1B2A"/>
        <w:sz w:val="16"/>
        <w:szCs w:val="16"/>
        <w:bCs w:val="0"/>
        <w:rtl w:val="1"/>
        <w:lang w:val="en-US" w:bidi="ar-JO"/>
      </w:rPr>
      <w:t>موارد مفتوحة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ans" w:hAnsi="DejaVu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DejaVu Sans" w:hAnsi="DejaVu Sans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tool quality checklist / قائمة مراجعة جودة أداة التقييم</dc:title>
  <dc:subject>An initial review that helps education teams examine an instrument’s alignment, clarity, fairness and usefulness.</dc:subject>
  <dc:creator>TAS — Tareq Abushawish</dc:creator>
  <cp:keywords>TAS, bilingual, Arabic, English, worksheet, fictional example</cp:keywords>
  <dc:description>generated by python-docx</dc:description>
  <cp:lastModifiedBy/>
  <cp:revision>1</cp:revision>
  <dcterms:created xsi:type="dcterms:W3CDTF">2026-09-14T12:00:00Z</dcterms:created>
  <dcterms:modified xsi:type="dcterms:W3CDTF">2026-09-14T12:00:00Z</dcterms:modified>
  <cp:category/>
  <cp:version>1.0</cp:version>
</cp:coreProperties>
</file>