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التقويم والبحث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خريطة سؤال التقييم والمؤشر والأداة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وضح ما تريد معرفته وكيف تجمع دليله وأي قرار سيساعده.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سؤال التقييم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هل يعرف الجمهور طريقة الوصول للخدمة؟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المؤشر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نسبة من يصفون المسار بوضوح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مصدر البيانات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استجابات ضمن عينة تحدد لاحقاً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الأداة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سؤال قصير بعد مراجعة الصياغة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القرار الذي يدعمه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تحديث معلومات الوصول للخدمة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الحدود والمتطلبات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موافقة وإتاحة وحماية للبيانات؛ لا يقيس جودة الخدمة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التقويم والبحث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خريطة سؤال التقييم والمؤشر والأداة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سؤال التقييم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المؤشر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مصدر البيانات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الأداة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القرار الذي يدعمه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الحدود والمتطلبات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Assessment and research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Evaluation question–indicator–instrument map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Clarify what you need to know, how to gather evidence and which decision it informs.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Evaluation question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Does the audience know how to access the service?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Indicator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Share able to describe the pathway clearly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Data source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Responses from a sample to be defined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Instrument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 short question after wording review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Decision informed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Improve information about service access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Limits and requirements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Consent, accessibility and data protection; does not measure service quality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Assessment and research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Evaluation question–indicator–instrument map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Evaluation question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Indicator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Data source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Instrument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Decision informed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Limits and requirements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question–indicator–instrument map / خريطة سؤال التقييم والمؤشر والأداة</dc:title>
  <dc:subject>Clarify what you need to know, how to gather evidence and which decision it informs.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