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0"/>
          <w:szCs w:val="20"/>
          <w:bCs w:val="1"/>
          <w:rtl w:val="1"/>
          <w:lang w:val="en-US" w:bidi="ar-JO"/>
        </w:rPr>
        <w:t>الموارد البشرية</w:t>
      </w:r>
    </w:p>
    <w:p>
      <w:pPr>
        <w:pStyle w:val="Title"/>
        <w:keepNext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2"/>
          <w:szCs w:val="42"/>
          <w:bCs w:val="1"/>
          <w:rtl w:val="1"/>
          <w:lang w:val="en-US" w:bidi="ar-JO"/>
        </w:rPr>
        <w:t>خطة تطوير موظف</w:t>
      </w:r>
    </w:p>
    <w:p>
      <w:pPr>
        <w:keepNext w:val="0"/>
        <w:bidi w:val="1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5"/>
          <w:szCs w:val="25"/>
          <w:bCs w:val="1"/>
          <w:rtl w:val="1"/>
          <w:lang w:val="en-US" w:bidi="ar-JO"/>
        </w:rPr>
        <w:t>دليل الاستخدام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4"/>
          <w:szCs w:val="24"/>
          <w:bCs w:val="0"/>
          <w:rtl w:val="1"/>
          <w:lang w:val="en-US" w:bidi="ar-JO"/>
        </w:rPr>
        <w:t>حوّل هدف التطوير إلى إجراء ودعم ودليل تقدم قابل للمراجعة.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إعداد: TAS — طارق أبو شاويش</w:t>
      </w:r>
    </w:p>
    <w:p>
      <w:pPr>
        <w:keepNext w:val="0"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تاريخ التحديث: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‎2026-09-14‎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  |   الإصدار: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1.0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  |   الوقت المقترح: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20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دقيقة</w:t>
      </w:r>
    </w:p>
    <w:p>
      <w:pPr>
        <w:keepNext w:val="0"/>
        <w:bidi w:val="1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اقرأ الأسئلة، ثم راجع المثال الافتراضي وأكمل ورقة العمل الفارغة بما يناسب سياقك.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قبل اعتماد الأداة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الهدف والفئة واضحان؟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فصلت الدليل المتاح عن الافتراض؟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حددت خطوة تالية ومسؤولاً وموعداً؟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مثال مكتمل افتراضي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هذا مثال افتراضي مكتمل للتوضيح فقط، وليس وصفاً لنتائج مشروع حقيقي.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الحقل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المثال الافتراضي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هدف التطوير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صياغة توصية واضحة في التقرير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الإجراء العملي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مراجعة مثال ثم إعداد مسودة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الدعم المطلوب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تغذية راجعة من زميل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الموعد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الاجتماع القادم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دليل التقدم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مسودة تربط التوصية بدليل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المراجعة والتعديل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الاتفاق على تعديل واحد بعد المراجعة</w:t>
            </w:r>
          </w:p>
        </w:tc>
      </w:tr>
    </w:tbl>
    <w:p>
      <w:pPr>
        <w:keepNext w:val="0"/>
        <w:bidi w:val="1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1"/>
          <w:lang w:val="en-US" w:bidi="ar-JO"/>
        </w:rPr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الاستخدام والتكييف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نموذج عام من إعداد TAS، متاح للاستخدام والتكييف التعليمي والمهني مع الإسناد وبيان التعديلات. لا يعني اعتماداً من جهة خارجية.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حدود الأداة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مثال افتراضي للتوضيح، يُكيّف مع السياق ولا يمثل بيانات أشخاص أو نتائج مشروع حقيقي.</w:t>
      </w:r>
    </w:p>
    <w:p>
      <w:r>
        <w:br w:type="page"/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0"/>
          <w:szCs w:val="20"/>
          <w:bCs w:val="1"/>
          <w:rtl w:val="1"/>
          <w:lang w:val="en-US" w:bidi="ar-JO"/>
        </w:rPr>
        <w:t>الموارد البشرية</w:t>
      </w:r>
    </w:p>
    <w:p>
      <w:pPr>
        <w:pStyle w:val="Title"/>
        <w:keepNext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2"/>
          <w:szCs w:val="42"/>
          <w:bCs w:val="1"/>
          <w:rtl w:val="1"/>
          <w:lang w:val="en-US" w:bidi="ar-JO"/>
        </w:rPr>
        <w:t>خطة تطوير موظف</w:t>
      </w:r>
    </w:p>
    <w:p>
      <w:pPr>
        <w:keepNext w:val="0"/>
        <w:bidi w:val="1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5"/>
          <w:szCs w:val="25"/>
          <w:bCs w:val="1"/>
          <w:rtl w:val="1"/>
          <w:lang w:val="en-US" w:bidi="ar-JO"/>
        </w:rPr>
        <w:t>ورقة عمل فارغة</w:t>
      </w:r>
    </w:p>
    <w:p>
      <w:pPr>
        <w:keepNext w:val="0"/>
        <w:bidi w:val="1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أكمل الحقول في المساحات الفارغة. يمكنك تعديل هذا الملف وتوسيع الخلايا أو طباعة الورقة للكتابة عليها.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اسم المعد أو الفريق: ___________________________________________________</w:t>
      </w:r>
    </w:p>
    <w:p>
      <w:pPr>
        <w:keepNext w:val="0"/>
        <w:bidi w:val="1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تاريخ إعداد المسودة: 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الحقل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إجابتك</w:t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هدف التطوير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الإجراء العملي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الدعم المطلوب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الموعد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دليل التقدم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المراجعة والتعديل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</w:tbl>
    <w:p>
      <w:pPr>
        <w:keepNext w:val="0"/>
        <w:bidi w:val="1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1"/>
          <w:lang w:val="en-US" w:bidi="ar-JO"/>
        </w:rPr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المراجعة قبل التطبيق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أكمل مسودة واحدة، ثم راجعها قبل التطبيق مع المعنيين.</w:t>
      </w:r>
    </w:p>
    <w:p>
      <w:pPr>
        <w:keepNext w:val="0"/>
        <w:bidi w:val="1"/>
        <w:spacing w:before="0" w:after="1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ملاحظات للمراجعة: _____________________________________________________</w:t>
      </w:r>
    </w:p>
    <w:p>
      <w:pPr>
        <w:keepNext w:val="0"/>
        <w:bidi w:val="1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____________________________________________________________________</w:t>
      </w:r>
    </w:p>
    <w:p>
      <w:r>
        <w:br w:type="page"/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19"/>
          <w:szCs w:val="19"/>
          <w:bCs w:val="1"/>
          <w:rtl w:val="0"/>
          <w:lang w:val="en-US" w:bidi="ar-JO"/>
        </w:rPr>
        <w:t>Human resources</w:t>
      </w:r>
    </w:p>
    <w:p>
      <w:pPr>
        <w:pStyle w:val="Title"/>
        <w:keepNext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0"/>
          <w:szCs w:val="40"/>
          <w:bCs w:val="1"/>
          <w:rtl w:val="0"/>
          <w:lang w:val="en-US" w:bidi="ar-JO"/>
        </w:rPr>
        <w:t>Staff development plan</w:t>
      </w:r>
    </w:p>
    <w:p>
      <w:pPr>
        <w:keepNext w:val="0"/>
        <w:bidi w:val="0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4"/>
          <w:szCs w:val="24"/>
          <w:bCs w:val="1"/>
          <w:rtl w:val="0"/>
          <w:lang w:val="en-US" w:bidi="ar-JO"/>
        </w:rPr>
        <w:t>User guide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3"/>
          <w:szCs w:val="23"/>
          <w:bCs w:val="0"/>
          <w:rtl w:val="0"/>
          <w:lang w:val="en-US" w:bidi="ar-JO"/>
        </w:rPr>
        <w:t>Turn a development goal into action, support and reviewable progress.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Author: TAS — Tareq Abushawish</w:t>
      </w:r>
    </w:p>
    <w:p>
      <w:pPr>
        <w:keepNext w:val="0"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Updated: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‎2026-09-14‎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  |   Version: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1.0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  |   Suggested time: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20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minutes</w:t>
      </w:r>
    </w:p>
    <w:p>
      <w:pPr>
        <w:keepNext w:val="0"/>
        <w:bidi w:val="0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Read the questions, review the fictional example, then complete the blank worksheet for your own context.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Before using the tool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Are the purpose and audience clear?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Have you separated evidence from assumptions?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Have you defined a next action, owner and date?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Fictional completed example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This is a fictional completed example for illustration only. It does not describe actual project results.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Field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Fictional example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Development goal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Write a clear report recommendation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Practical action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Review an example and prepare a draft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Support needed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Peer feedback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Date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Next meeting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Evidence of progress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A draft connecting recommendation and evidence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Review and adjustment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Agree one adjustment after review</w:t>
            </w:r>
          </w:p>
        </w:tc>
      </w:tr>
    </w:tbl>
    <w:p>
      <w:pPr>
        <w:keepNext w:val="0"/>
        <w:bidi w:val="0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0"/>
          <w:lang w:val="en-US" w:bidi="ar-JO"/>
        </w:rPr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Use and adaptation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 general TAS template, available for educational and professional use and adaptation with attribution and disclosure of changes. It implies no external accreditation.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Tool limits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 fictional example for illustration; adapt to context. It does not represent individual data or actual project results.</w:t>
      </w:r>
    </w:p>
    <w:p>
      <w:r>
        <w:br w:type="page"/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19"/>
          <w:szCs w:val="19"/>
          <w:bCs w:val="1"/>
          <w:rtl w:val="0"/>
          <w:lang w:val="en-US" w:bidi="ar-JO"/>
        </w:rPr>
        <w:t>Human resources</w:t>
      </w:r>
    </w:p>
    <w:p>
      <w:pPr>
        <w:pStyle w:val="Title"/>
        <w:keepNext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0"/>
          <w:szCs w:val="40"/>
          <w:bCs w:val="1"/>
          <w:rtl w:val="0"/>
          <w:lang w:val="en-US" w:bidi="ar-JO"/>
        </w:rPr>
        <w:t>Staff development plan</w:t>
      </w:r>
    </w:p>
    <w:p>
      <w:pPr>
        <w:keepNext w:val="0"/>
        <w:bidi w:val="0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4"/>
          <w:szCs w:val="24"/>
          <w:bCs w:val="1"/>
          <w:rtl w:val="0"/>
          <w:lang w:val="en-US" w:bidi="ar-JO"/>
        </w:rPr>
        <w:t>Blank worksheet</w:t>
      </w:r>
    </w:p>
    <w:p>
      <w:pPr>
        <w:keepNext w:val="0"/>
        <w:bidi w:val="0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Complete the fields in the spaces provided. Edit this file and expand the cells as needed, or print the worksheet to write by hand.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Prepared by or team: ___________________________________________________</w:t>
      </w:r>
    </w:p>
    <w:p>
      <w:pPr>
        <w:keepNext w:val="0"/>
        <w:bidi w:val="0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Draft date: 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Field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Your response</w:t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Development goal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Practical action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Support needed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Date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Evidence of progress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Review and adjustment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</w:tbl>
    <w:p>
      <w:pPr>
        <w:keepNext w:val="0"/>
        <w:bidi w:val="0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0"/>
          <w:lang w:val="en-US" w:bidi="ar-JO"/>
        </w:rPr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Review before use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Complete one draft, then review it with those involved before use.</w:t>
      </w:r>
    </w:p>
    <w:p>
      <w:pPr>
        <w:keepNext w:val="0"/>
        <w:bidi w:val="0"/>
        <w:spacing w:before="0" w:after="1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Review notes: _____________________________________________________</w:t>
      </w:r>
    </w:p>
    <w:p>
      <w:pPr>
        <w:keepNext w:val="0"/>
        <w:bidi w:val="0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79" w:right="936" w:bottom="936" w:left="936" w:header="360" w:footer="37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cs="DejaVu Sans" w:eastAsia="DejaVu Sans"/>
        <w:b w:val="0"/>
        <w:color w:val="0D1B2A"/>
        <w:sz w:val="17"/>
        <w:szCs w:val="17"/>
        <w:bCs w:val="0"/>
        <w:rtl w:val="0"/>
        <w:lang w:val="en-US" w:bidi="ar-JO"/>
      </w:rPr>
      <w:t xml:space="preserve">TAS  |  2026-09-14  |  v1.0  |  </w:t>
    </w:r>
    <w:fldSimple w:instr="PAGE">
      <w:r>
        <w:rPr>
          <w:sz w:val="17"/>
        </w:rPr>
        <w:t>1</w:t>
      </w:r>
    </w:fldSimple>
    <w:r>
      <w:rPr>
        <w:rFonts w:ascii="DejaVu Sans" w:hAnsi="DejaVu Sans" w:cs="DejaVu Sans" w:eastAsia="DejaVu Sans"/>
        <w:b w:val="0"/>
        <w:color w:val="0D1B2A"/>
        <w:sz w:val="17"/>
        <w:szCs w:val="17"/>
        <w:bCs w:val="0"/>
        <w:rtl w:val="0"/>
        <w:lang w:val="en-US" w:bidi="ar-JO"/>
      </w:rPr>
      <w:t xml:space="preserve"> / </w:t>
    </w:r>
    <w:fldSimple w:instr="NUMPAGES">
      <w:r>
        <w:rPr>
          <w:sz w:val="17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DejaVu Sans" w:hAnsi="DejaVu Sans" w:cs="DejaVu Sans" w:eastAsia="DejaVu Sans"/>
        <w:b/>
        <w:color w:val="0D1B2A"/>
        <w:sz w:val="24"/>
        <w:szCs w:val="24"/>
        <w:bCs w:val="1"/>
        <w:rtl w:val="0"/>
        <w:lang w:val="en-US" w:bidi="ar-JO"/>
      </w:rPr>
      <w:t>TAS</w:t>
    </w:r>
    <w:r>
      <w:rPr>
        <w:rFonts w:ascii="DejaVu Sans" w:hAnsi="DejaVu Sans" w:cs="DejaVu Sans" w:eastAsia="DejaVu Sans"/>
        <w:b w:val="0"/>
        <w:color w:val="CDAA63"/>
        <w:sz w:val="16"/>
        <w:szCs w:val="16"/>
        <w:bCs w:val="0"/>
        <w:rtl w:val="0"/>
        <w:lang w:val="en-US" w:bidi="ar-JO"/>
      </w:rPr>
      <w:t xml:space="preserve">   OPEN RESOURCES  /  </w:t>
    </w:r>
    <w:r>
      <w:rPr>
        <w:rFonts w:ascii="DejaVu Sans" w:hAnsi="DejaVu Sans" w:cs="DejaVu Sans" w:eastAsia="DejaVu Sans"/>
        <w:b w:val="0"/>
        <w:color w:val="0D1B2A"/>
        <w:sz w:val="16"/>
        <w:szCs w:val="16"/>
        <w:bCs w:val="0"/>
        <w:rtl w:val="1"/>
        <w:lang w:val="en-US" w:bidi="ar-JO"/>
      </w:rPr>
      <w:t>موارد مفتوحة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</w:pPr>
    <w:rPr>
      <w:rFonts w:ascii="DejaVu Sans" w:hAnsi="DejaVu Sans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DejaVu Sans" w:hAnsi="DejaVu Sans"/>
      <w:b/>
      <w:bCs/>
      <w:color w:val="000000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DejaVu Sans" w:hAnsi="DejaVu Sans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="DejaVu Sans" w:hAnsi="DejaVu Sans"/>
      <w:color w:val="000000"/>
      <w:spacing w:val="5"/>
      <w:kern w:val="28"/>
      <w:sz w:val="2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DejaVu Sans" w:hAnsi="DejaVu Sans"/>
      <w:i/>
      <w:iCs/>
      <w:color w:val="00000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development plan / خطة تطوير موظف</dc:title>
  <dc:subject>Turn a development goal into action, support and reviewable progress.</dc:subject>
  <dc:creator>TAS — Tareq Abushawish</dc:creator>
  <cp:keywords>TAS, bilingual, Arabic, English, worksheet, fictional example</cp:keywords>
  <dc:description>generated by python-docx</dc:description>
  <cp:lastModifiedBy/>
  <cp:revision>1</cp:revision>
  <dcterms:created xsi:type="dcterms:W3CDTF">2026-09-14T12:00:00Z</dcterms:created>
  <dcterms:modified xsi:type="dcterms:W3CDTF">2026-09-14T12:00:00Z</dcterms:modified>
  <cp:category/>
  <cp:version>1.0</cp:version>
</cp:coreProperties>
</file>